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t>Behavior Technician Resume Template</w:t>
      </w:r>
    </w:p>
    <w:p>
      <w:pPr>
        <w:spacing w:after="140"/>
      </w:pPr>
      <w:r>
        <w:rPr>
          <w:i/>
          <w:color w:val="5A6670"/>
        </w:rPr>
        <w:t>Editable starter for ABA therapist, behavior technician, and RBT applications</w:t>
      </w:r>
    </w:p>
    <w:p>
      <w:pPr>
        <w:spacing w:after="100"/>
      </w:pPr>
      <w:r>
        <w:t>Replace bracketed text with facts you can explain in an interview. Remove every section that does not fit your background.</w:t>
      </w:r>
    </w:p>
    <w:p>
      <w:pPr>
        <w:pStyle w:val="Heading1"/>
      </w:pPr>
      <w:r>
        <w:t>Contact</w:t>
      </w:r>
    </w:p>
    <w:p>
      <w:pPr>
        <w:spacing w:after="40"/>
      </w:pPr>
      <w:r>
        <w:rPr>
          <w:b/>
        </w:rPr>
        <w:t xml:space="preserve">Name  </w:t>
      </w:r>
      <w:r>
        <w:t>[Your name]</w:t>
      </w:r>
    </w:p>
    <w:p>
      <w:pPr>
        <w:spacing w:after="40"/>
      </w:pPr>
      <w:r>
        <w:rPr>
          <w:b/>
        </w:rPr>
        <w:t xml:space="preserve">Location  </w:t>
      </w:r>
      <w:r>
        <w:t>[City, State]  |  [Phone]  |  [Professional email]</w:t>
      </w:r>
    </w:p>
    <w:p>
      <w:pPr>
        <w:pStyle w:val="Heading1"/>
      </w:pPr>
      <w:r>
        <w:t>Target role</w:t>
      </w:r>
    </w:p>
    <w:p>
      <w:pPr>
        <w:spacing w:after="40"/>
      </w:pPr>
      <w:r>
        <w:rPr>
          <w:b/>
        </w:rPr>
        <w:t xml:space="preserve">Position  </w:t>
      </w:r>
      <w:r>
        <w:t>[Use the title from the employer’s posting]</w:t>
      </w:r>
    </w:p>
    <w:p>
      <w:pPr>
        <w:pStyle w:val="Heading1"/>
      </w:pPr>
      <w:r>
        <w:t>Summary</w:t>
      </w:r>
    </w:p>
    <w:p>
      <w:r>
        <w:t>[In one or two sentences, name relevant experience and the work you want. Do not claim ABA duties or outcomes you have not had.]</w:t>
      </w:r>
    </w:p>
    <w:p>
      <w:pPr>
        <w:pStyle w:val="Heading1"/>
      </w:pPr>
      <w:r>
        <w:t>Credential status</w:t>
      </w:r>
    </w:p>
    <w:p>
      <w:pPr>
        <w:spacing w:after="40"/>
      </w:pPr>
      <w:r>
        <w:rPr>
          <w:b/>
        </w:rPr>
        <w:t>Select one status and delete the others:</w:t>
      </w:r>
      <w:r>
        <w:br/>
        <w:t>Active RBT: [Current status checked on DATE]</w:t>
        <w:br/>
        <w:t>Training complete: [40-hour course provider and date; not yet RBT-certified]</w:t>
        <w:br/>
        <w:t>Training not started: [Applying for a trainee role; not currently RBT-certified]</w:t>
      </w:r>
    </w:p>
    <w:p>
      <w:pPr>
        <w:spacing w:after="80"/>
      </w:pPr>
      <w:r>
        <w:rPr>
          <w:color w:val="525E66"/>
          <w:sz w:val="17"/>
        </w:rPr>
        <w:t>A course, job title, or competency assessment does not by itself make you an active RBT. Check the BACB registry before claiming the credential.</w:t>
      </w:r>
    </w:p>
    <w:p>
      <w:pPr>
        <w:pStyle w:val="Heading1"/>
      </w:pPr>
      <w:r>
        <w:t>Relevant experience</w:t>
      </w:r>
    </w:p>
    <w:p>
      <w:pPr>
        <w:spacing w:after="40"/>
      </w:pPr>
      <w:r>
        <w:rPr>
          <w:b/>
        </w:rPr>
        <w:t xml:space="preserve">Job title | Employer | Location | Dates  </w:t>
      </w:r>
      <w:r>
        <w:t>[Add your most relevant role first]</w:t>
      </w:r>
    </w:p>
    <w:p>
      <w:pPr>
        <w:pStyle w:val="ListBullet"/>
        <w:spacing w:after="40"/>
        <w:ind w:left="317" w:hanging="216"/>
      </w:pPr>
      <w:r>
        <w:t>[Action you performed] using [the instruction, routine, or process you followed].</w:t>
      </w:r>
    </w:p>
    <w:p>
      <w:pPr>
        <w:pStyle w:val="ListBullet"/>
        <w:spacing w:after="40"/>
        <w:ind w:left="317" w:hanging="216"/>
      </w:pPr>
      <w:r>
        <w:t>[Record, handoff, or communication] you completed accurately.</w:t>
      </w:r>
    </w:p>
    <w:p>
      <w:pPr>
        <w:pStyle w:val="ListBullet"/>
        <w:spacing w:after="40"/>
        <w:ind w:left="317" w:hanging="216"/>
      </w:pPr>
      <w:r>
        <w:t>[How you handled a question, change, or feedback] and who you contacted.</w:t>
      </w:r>
    </w:p>
    <w:p>
      <w:pPr>
        <w:spacing w:after="40"/>
      </w:pPr>
      <w:r>
        <w:rPr>
          <w:b/>
        </w:rPr>
        <w:t xml:space="preserve">Second role, if relevant  </w:t>
      </w:r>
      <w:r>
        <w:t>[Job title | Employer | Dates]</w:t>
      </w:r>
    </w:p>
    <w:p>
      <w:pPr>
        <w:pStyle w:val="ListBullet"/>
        <w:spacing w:after="40"/>
        <w:ind w:left="317" w:hanging="216"/>
      </w:pPr>
      <w:r>
        <w:t>[Describe another duty you can support with a specific example.]</w:t>
      </w:r>
    </w:p>
    <w:p>
      <w:pPr>
        <w:pStyle w:val="Heading1"/>
      </w:pPr>
      <w:r>
        <w:t>Education and training</w:t>
      </w:r>
    </w:p>
    <w:p>
      <w:pPr>
        <w:spacing w:after="40"/>
      </w:pPr>
      <w:r>
        <w:rPr>
          <w:b/>
        </w:rPr>
        <w:t xml:space="preserve">Education  </w:t>
      </w:r>
      <w:r>
        <w:t>[Degree, diploma, or equivalent | School | Year]</w:t>
      </w:r>
    </w:p>
    <w:p>
      <w:pPr>
        <w:spacing w:after="40"/>
      </w:pPr>
      <w:r>
        <w:rPr>
          <w:b/>
        </w:rPr>
        <w:t xml:space="preserve">Training  </w:t>
      </w:r>
      <w:r>
        <w:t>[Provider and course name | Completion date; list only completed training]</w:t>
      </w:r>
    </w:p>
    <w:p>
      <w:pPr>
        <w:pStyle w:val="Heading1"/>
      </w:pPr>
      <w:r>
        <w:t>Skills</w:t>
      </w:r>
    </w:p>
    <w:p>
      <w:r>
        <w:t>[List only skills you can show with a work, school, caregiving, or volunteer example.]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/>
        <w:color w:val="525E66"/>
        <w:sz w:val="16"/>
      </w:rPr>
      <w:t>Protect client privacy. Leave out names, diagnoses, photos, and identifiable case details.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26323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94C5E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Technician Resume Template</dc:title>
  <dc:subject>Editable résumé template for ABA job applications</dc:subject>
  <dc:creator>Special Needs 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